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Patent Attorney</w:t>
      </w:r>
    </w:p>
    <w:p>
      <w:pPr>
        <w:spacing w:before="0" w:after="240"/>
      </w:pPr>
      <w:r>
        <w:t>I'm writing to apply for the Patent Attorney position at [Company Name]. My combination of technical training and patent law experience means I can pick up an invention disclosure, assess its patentability, and turn it into a specification that survives examination, which is what this role needs.</w:t>
      </w:r>
    </w:p>
    <w:p>
      <w:pPr>
        <w:spacing w:before="0" w:after="240"/>
      </w:pPr>
      <w:r>
        <w:t>In a recent matter, a client's invention overlapped closely with existing prior art in a crowded field. Rather than filing broad claims likely to draw early objections, I ran a detailed landscape search, identified a narrower but commercially useful scope, and drafted claims around it. The application progressed through examination with minimal amendment requests, saving the client time and legal costs they hadn't budgeted for.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gives me exposure to that kind of work rather than routine filing alone.</w:t>
      </w:r>
    </w:p>
    <w:p>
      <w:pPr>
        <w:spacing w:before="0" w:after="240"/>
      </w:pPr>
      <w:r>
        <w:t>Thank you for considering my application. I've attached my resume with further detail on my drafting, prosecution and advisory experience,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