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Payroll Officer</w:t>
      </w:r>
    </w:p>
    <w:p>
      <w:pPr>
        <w:spacing w:before="0" w:after="240"/>
      </w:pPr>
      <w:r>
        <w:t>I'm writing to apply for the Payroll Officer position at [Company Name]. I've built my career on making sure pay runs land correctly and on time, and I know how much trust staff place in that happening without fail every cycle.</w:t>
      </w:r>
    </w:p>
    <w:p>
      <w:pPr>
        <w:spacing w:before="0" w:after="240"/>
      </w:pPr>
      <w:r>
        <w:t>In my current role I run the fortnightly pay cycle for a workforce covered by several awards, checking timesheets, leave and allowances line by line before submission. During a payroll system migration, I noticed a pattern of incorrect award mapping affecting a batch of employees before the pay run was finalised, corrected the mapping, and reconciled the affected pays back to the general ledger the same day so no one was left waiting on a fix after pay date.</w:t>
      </w:r>
    </w:p>
    <w:p>
      <w:pPr>
        <w:spacing w:before="0" w:after="240"/>
      </w:pPr>
      <w:r>
        <w:t>[add one genuine, specific reason: a project, value, or market position you can point to] is part of why I'd like to bring that same level of care to payroll at [Company Name].</w:t>
      </w:r>
    </w:p>
    <w:p>
      <w:pPr>
        <w:spacing w:before="0" w:after="240"/>
      </w:pPr>
      <w:r>
        <w:t>Thank you for considering my application. I've attached my resume and would welcome the chance to discuss how I can support accurate, on-time pay for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