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Pedorthist</w:t>
      </w:r>
    </w:p>
    <w:p>
      <w:pPr>
        <w:spacing w:before="0" w:after="240"/>
      </w:pPr>
      <w:r>
        <w:t>I am writing to apply for the Pedorthist position at [Company Name]. With a strong background in biomechanical assessment and custom orthotic design, I am confident I can help your clients improve their mobility and reduce foot pain.</w:t>
      </w:r>
    </w:p>
    <w:p>
      <w:pPr>
        <w:spacing w:before="0" w:after="240"/>
      </w:pPr>
      <w:r>
        <w:t>In my current role, I assess and fit custom foot orthoses for a diverse client group, including people with diabetes and arthritis. I recently worked with a client who had recurrent foot ulcers; by using pressure mapping to identify high-risk areas and designing a custom offloading orthosis, I helped them return to walking without pain and avoid further hospital visits. I also modified their therapeutic footwear to accommodate the device, which improved their adherence to the treatment plan.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contribute to a team that prioritises client-centred care and evidence-based practice.</w:t>
      </w:r>
    </w:p>
    <w:p>
      <w:pPr>
        <w:spacing w:before="0" w:after="240"/>
      </w:pPr>
      <w:r>
        <w:t>Thank you for considering my application. I have attached my resume for your review and look forward to discussing how my skills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