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Petroleum Engineer</w:t>
      </w:r>
    </w:p>
    <w:p>
      <w:pPr>
        <w:spacing w:before="0" w:after="240"/>
      </w:pPr>
      <w:r>
        <w:t>I am applying for the Petroleum Engineer role at [Company Name]. With experience across reservoir, drilling and production engineering, I can move between the reservoir model and the rig floor and keep both sides of the job in view.</w:t>
      </w:r>
    </w:p>
    <w:p>
      <w:pPr>
        <w:spacing w:before="0" w:after="240"/>
      </w:pPr>
      <w:r>
        <w:t>In my current role I built and history-matched a simulation model for a field with more than twenty producing wells, then used it to compare waterflood and gas lift options. The work narrowed the development plan from five concepts to two before the decision gate, and the reserve range we presented held up when the asset team revisited it the following year. On site I have supervised completion operations and run pre-job briefings with drilling crews, which taught me as much about planning around people as around rock.</w:t>
      </w:r>
    </w:p>
    <w:p>
      <w:pPr>
        <w:spacing w:before="0" w:after="240"/>
      </w:pPr>
      <w:r>
        <w:t>The reason I am applying to [Company Name] specifically is [add one genuine, specific reason: a project, value, or market position you can point to]. I want my next move to be somewhere I can see the link between my modelling work and the field it affects, and I would rather choose that employer deliberately than apply broadly.</w:t>
      </w:r>
    </w:p>
    <w:p>
      <w:pPr>
        <w:spacing w:before="0" w:after="240"/>
      </w:pPr>
      <w:r>
        <w:t>Thank you for considering my application. My resume is attached, and I would welcome the chance to talk through my reservoir and production work in more detail.</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