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Pharmacy Assistant</w:t>
      </w:r>
    </w:p>
    <w:p>
      <w:pPr>
        <w:spacing w:before="0" w:after="240"/>
      </w:pPr>
      <w:r>
        <w:t>I'm writing to apply for the Pharmacy Assistant position at [Company Name]. My background in dispensary support, stock control and customer service gives me a solid, practical fit for the day-to-day demands of the role.</w:t>
      </w:r>
    </w:p>
    <w:p>
      <w:pPr>
        <w:spacing w:before="0" w:after="240"/>
      </w:pPr>
      <w:r>
        <w:t>In my most recent pharmacy role, I managed weekly expiry checks and stock rotation across the dispensary and shopfront, which cut down on wasted stock and kept shelves consistently in order for both staff and customers. I'm used to receiving and checking prescriptions against pharmacist instructions, working accurately even when the counter is busy, and I take the privacy and compliance side of the job seriously.</w:t>
      </w:r>
    </w:p>
    <w:p>
      <w:pPr>
        <w:spacing w:before="0" w:after="240"/>
      </w:pPr>
      <w:r>
        <w:t>[add one genuine, specific reason: a project, value, or market position you can point to] is part of why I'd like to work at [Company Name] specifically, rather than sending a generic application to any pharmacy.</w:t>
      </w:r>
    </w:p>
    <w:p>
      <w:pPr>
        <w:spacing w:before="0" w:after="240"/>
      </w:pPr>
      <w:r>
        <w:t>Thank you for considering my application. I've attached my resume with further detail on my experience and would welcome the chance to discuss how I can support your dispensary and customer service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