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Photo Lab Technician</w:t>
      </w:r>
    </w:p>
    <w:p>
      <w:pPr>
        <w:spacing w:before="0" w:after="240"/>
      </w:pPr>
      <w:r>
        <w:t>I am writing to apply for the Photo Lab Technician role at [Company Name]. With hands-on experience across film processing, digital minilab operation and print finishing, I can step in and keep orders moving accurately through the lab.</w:t>
      </w:r>
    </w:p>
    <w:p>
      <w:pPr>
        <w:spacing w:before="0" w:after="240"/>
      </w:pPr>
      <w:r>
        <w:t>In my current lab, I run Noritsu and Fujifilm Frontier minilabs and handle colour correction for customer orders. When a batch of wedding prints came back with a warm cast under the shop lights, I traced it to a monitor calibration drift, re-profiled the screen and reprinted the set before the customer arrived. That saved the job and kept a regular client coming back for their next album.</w:t>
      </w:r>
    </w:p>
    <w:p>
      <w:pPr>
        <w:spacing w:before="0" w:after="240"/>
      </w:pPr>
      <w:r>
        <w:t>I want to work for [Company Name] because [add one genuine, specific reason: a project, value, or market position you can point to]. I have followed the way the business handles its photo finishing and would like to bring my print finishing and customer service skills to your counter.</w:t>
      </w:r>
    </w:p>
    <w:p>
      <w:pPr>
        <w:spacing w:before="0" w:after="240"/>
      </w:pPr>
      <w:r>
        <w:t>Thank you for considering my application. My resume is attached, and I would welcome the chance to talk about how I can help your lab keep turning around quality prints.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