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Photographer</w:t>
      </w:r>
    </w:p>
    <w:p>
      <w:pPr>
        <w:spacing w:before="0" w:after="240"/>
      </w:pPr>
      <w:r>
        <w:t>I'm writing to apply for the Photographer role with [Company Name]. My background covers studio portraiture, on-location commercial shoots and events coverage, and I bring both the technical camera skills and the client-facing manner this kind of work depends on.</w:t>
      </w:r>
    </w:p>
    <w:p>
      <w:pPr>
        <w:spacing w:before="0" w:after="240"/>
      </w:pPr>
      <w:r>
        <w:t>On a recent commercial shoot, a client's brief changed midway through the session when the intended backdrop wasn't available on location. I resourced an alternative setting on the spot, adjusted my lighting setup to match, and still delivered the full edited gallery within the original turnaround window. That ability to adapt without losing the shot list is something I bring to every job, along with the post-production skill in Lightroom and Photoshop to make the final images consistent and polished.</w:t>
      </w:r>
    </w:p>
    <w:p>
      <w:pPr>
        <w:spacing w:before="0" w:after="240"/>
      </w:pPr>
      <w:r>
        <w:t>[add one genuine, specific reason: a project, value, or market position you can point to] is part of why I want to work with [Company Name] specifically, rather than send a generic application.</w:t>
      </w:r>
    </w:p>
    <w:p>
      <w:pPr>
        <w:spacing w:before="0" w:after="240"/>
      </w:pPr>
      <w:r>
        <w:t>Thank you for considering my application. I've attached my resume and would welcome the chance to talk through my portfolio and how I could contribute to your shoots.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