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Physiotherapist</w:t>
      </w:r>
    </w:p>
    <w:p>
      <w:pPr>
        <w:spacing w:before="0" w:after="240"/>
      </w:pPr>
      <w:r>
        <w:t>I am writing to apply for the Physiotherapist position at [Company Name]. My clinical training and hands-on experience treating musculoskeletal and neurological conditions align closely with the assessment, treatment and patient education work this role involves.</w:t>
      </w:r>
    </w:p>
    <w:p>
      <w:pPr>
        <w:spacing w:before="0" w:after="240"/>
      </w:pPr>
      <w:r>
        <w:t>In previous clinical placements and practice, I have assessed patients presenting with a range of movement disorders, built individualised rehabilitation programs, and adjusted treatment plans based on patient response. One case that stands out involved a patient with limited shoulder mobility following surgery. I combined manual therapy with a staged exercise program, tracked progress against functional goals each session, and supported them back to full range of motion within their expected recovery window.</w:t>
      </w:r>
    </w:p>
    <w:p>
      <w:pPr>
        <w:spacing w:before="0" w:after="240"/>
      </w:pPr>
      <w:r>
        <w:t>I'm keen to work at [Company Name] because [add one genuine, specific reason: a project, value, or market position you can point to]. I want to bring my skills to a service where they're needed and where I can keep developing clinically.</w:t>
      </w:r>
    </w:p>
    <w:p>
      <w:pPr>
        <w:spacing w:before="0" w:after="240"/>
      </w:pPr>
      <w:r>
        <w:t>Thank you for considering my application. I've attached my resume with further detail on my clinical experience and qualifications,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