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Pilot</w:t>
      </w:r>
    </w:p>
    <w:p>
      <w:pPr>
        <w:spacing w:before="0" w:after="240"/>
      </w:pPr>
      <w:r>
        <w:t>I'm writing to apply for the Pilot position at [Company Name]. With a Commercial Pilot Licence, current type ratings and hands-on experience across pre-flight checks, flight planning and crew coordination, I bring the technical grounding and judgement this role demands.</w:t>
      </w:r>
    </w:p>
    <w:p>
      <w:pPr>
        <w:spacing w:before="0" w:after="240"/>
      </w:pPr>
      <w:r>
        <w:t>In a recent sector, a weather cell developed faster than forecast during descent. I coordinated with air traffic control to negotiate an amended arrival, briefed cabin crew on the revised approach and kept passengers informed throughout, landing safely with minimal delay. That kind of calm, procedure-led decision making under time pressure is something I bring to every flight.</w:t>
      </w:r>
    </w:p>
    <w:p>
      <w:pPr>
        <w:spacing w:before="0" w:after="240"/>
      </w:pPr>
      <w:r>
        <w:t>[add one genuine, specific reason: a project, value, or market position you can point to] is what draws me to [Company Name] specifically, and I'd welcome the chance to contribute to that as part of your flight operations team.</w:t>
      </w:r>
    </w:p>
    <w:p>
      <w:pPr>
        <w:spacing w:before="0" w:after="240"/>
      </w:pPr>
      <w:r>
        <w:t>Thank you for considering my application. I've attached my resume with further detail on my licences, ratings and flight experience, and I'd welcome the opportunity to discuss the role further.</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