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Plasterer</w:t>
      </w:r>
    </w:p>
    <w:p>
      <w:pPr>
        <w:spacing w:before="0" w:after="240"/>
      </w:pPr>
      <w:r>
        <w:t>I'm writing to apply for the Plasterer position at [Company Name]. My background in solid plastering and plasterboard installation, combined with a solid grasp of building code requirements, makes me a strong fit for the finishing standards your projects demand.</w:t>
      </w:r>
    </w:p>
    <w:p>
      <w:pPr>
        <w:spacing w:before="0" w:after="240"/>
      </w:pPr>
      <w:r>
        <w:t>On a recent renovation job, I was brought in to fix a ceiling that had failed inspection twice due to visible joins and uneven skim work. I stripped back the problem areas, re-floated and re-skimmed to a flat, consistent finish, and the job passed sign-off on the next inspection with no further callbacks. That job reinforced how much attention to substrate prep and mix consistency matters to the final result, not just the trowel work at the end.</w:t>
      </w:r>
    </w:p>
    <w:p>
      <w:pPr>
        <w:spacing w:before="0" w:after="240"/>
      </w:pPr>
      <w:r>
        <w:t>[Company Name] stood out to me when I was looking at where to apply next, particularly because [add one genuine, specific reason: a project, value, or market position you can point to]. I want to work somewhere that takes finish quality as seriously as I do.</w:t>
      </w:r>
    </w:p>
    <w:p>
      <w:pPr>
        <w:spacing w:before="0" w:after="240"/>
      </w:pPr>
      <w:r>
        <w:t>Thank you for considering my application. I've attached my resume with further detail on my trade experience and skills, and I'd welcome the chance to discuss how I can contribute to your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