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Plumber</w:t>
      </w:r>
    </w:p>
    <w:p>
      <w:pPr>
        <w:spacing w:before="0" w:after="240"/>
      </w:pPr>
      <w:r>
        <w:t>I'm writing to apply for the Plumber role at [Company Name]. I've spent my career installing and repairing water, gas and drainage systems across residential and commercial sites, and I'm comfortable moving between new-build installs and urgent repair work without missing a step on compliance.</w:t>
      </w:r>
    </w:p>
    <w:p>
      <w:pPr>
        <w:spacing w:before="0" w:after="240"/>
      </w:pPr>
      <w:r>
        <w:t>On a recent job, a client had a recurring damp patch that two previous trades had failed to trace. I ran a CCTV inspection camera through the drainage line, found a hairline crack in a joint under the slab, and fixed it with a targeted repair rather than a full dig-up. The system passed pressure testing and certification the same day, and the client avoided a much larger bill.</w:t>
      </w:r>
    </w:p>
    <w:p>
      <w:pPr>
        <w:spacing w:before="0" w:after="240"/>
      </w:pPr>
      <w:r>
        <w:t>[Company Name] stood out to me because [add one genuine, specific reason: a project, value, or market position you can point to]. I want to work somewhere that takes building codes and client trust as seriously as I do, and this role looks like a good fit for that.</w:t>
      </w:r>
    </w:p>
    <w:p>
      <w:pPr>
        <w:spacing w:before="0" w:after="240"/>
      </w:pPr>
      <w:r>
        <w:t>Thank you for considering my application. I've attached my resume with more detail on my licensing, tools and project history,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