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Podiatrist</w:t>
      </w:r>
    </w:p>
    <w:p>
      <w:pPr>
        <w:spacing w:before="0" w:after="240"/>
      </w:pPr>
      <w:r>
        <w:t>I am writing to apply for the Podiatrist position at [Company Name]. With clinical training in lower limb assessment, orthotic prescription and wound care, I am well placed to contribute to a practice focused on patient mobility and long-term foot health.</w:t>
      </w:r>
    </w:p>
    <w:p>
      <w:pPr>
        <w:spacing w:before="0" w:after="240"/>
      </w:pPr>
      <w:r>
        <w:t>In a recent clinical placement, I managed a caseload of patients with diabetic foot complications, performing regular wound assessments and coordinating care with GPs to reduce infection risk and prevent hospital admission. I also fitted custom orthotics for patients with biomechanical pain, tracking improvements in gait and comfort over successive reviews. This work sharpened my ability to combine hands-on clinical skill with clear, practical patient education.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Podiatry is a growing field nationally, and I want to build my career somewhere that takes patient outcomes and professional development seriously.</w:t>
      </w:r>
    </w:p>
    <w:p>
      <w:pPr>
        <w:spacing w:before="0" w:after="240"/>
      </w:pPr>
      <w:r>
        <w:t>Thank you for considering my application. I have attached my resume, which sets out my clinical experience and qualifications in more detail, and I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