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Police Officer</w:t>
      </w:r>
    </w:p>
    <w:p>
      <w:pPr>
        <w:spacing w:before="0" w:after="240"/>
      </w:pPr>
      <w:r>
        <w:t>I'm writing to apply for the Police Officer position with [Company Name]. General duties policing suits my strengths in staying composed under pressure, reading a scene quickly and documenting what happens accurately enough to hold up in court.</w:t>
      </w:r>
    </w:p>
    <w:p>
      <w:pPr>
        <w:spacing w:before="0" w:after="240"/>
      </w:pPr>
      <w:r>
        <w:t>In a recent role I attended a multi-vehicle incident where I had to secure the scene, coordinate with paramedics and identify witnesses before evidence was disturbed. My written statement and evidence log were used directly in the resulting court brief without amendment, which reinforced how much early attention to detail on scene matters for everything that follows.</w:t>
      </w:r>
    </w:p>
    <w:p>
      <w:pPr>
        <w:spacing w:before="0" w:after="240"/>
      </w:pPr>
      <w:r>
        <w:t>What draws me to [Company Name] specifically is [add one genuine, specific reason: a project, value, or market position you can point to]. I want to work somewhere that reflects how I think about policing day to day, not just the title on the badge.</w:t>
      </w:r>
    </w:p>
    <w:p>
      <w:pPr>
        <w:spacing w:before="0" w:after="240"/>
      </w:pPr>
      <w:r>
        <w:t>Thank you for considering my application. I've attached my resume and would welcome the chance to discuss my suitability for this role at interview.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