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Police Prosecutor</w:t>
      </w:r>
    </w:p>
    <w:p>
      <w:pPr>
        <w:spacing w:before="0" w:after="240"/>
      </w:pPr>
      <w:r>
        <w:t>I am writing to apply for the Police Prosecutor role at [Company Name]. With a background in summary criminal prosecutions and courtroom advocacy, I am confident I can contribute effectively to your team.</w:t>
      </w:r>
    </w:p>
    <w:p>
      <w:pPr>
        <w:spacing w:before="0" w:after="240"/>
      </w:pPr>
      <w:r>
        <w:t>In my current role, I managed a caseload of over 150 summary matters, reviewing briefs of evidence and advising investigating officers on charge selection. I negotiated guilty pleas in a significant number of cases, reducing the need for contested hearings and saving court time. I also appeared regularly in the Local Court for sentence proceedings and contested matters, ensuring that prosecutions were conducted fairly and efficiently.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am eager to bring my experience to your office and contribute to its reputation for excellence in prosecutions.</w:t>
      </w:r>
    </w:p>
    <w:p>
      <w:pPr>
        <w:spacing w:before="0" w:after="240"/>
      </w:pPr>
      <w:r>
        <w:t>Thank you for considering my application. My resume is attached, and I look forward to the opportunity to discuss how my skills align with your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