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Policy and Planning Manager</w:t>
      </w:r>
    </w:p>
    <w:p>
      <w:pPr>
        <w:spacing w:before="0" w:after="240"/>
      </w:pPr>
      <w:r>
        <w:t>I am writing to apply for the Policy and Planning Manager role with [Company Name]. With a background leading policy teams and coordinating strategic planning cycles in a public sector setting, I bring the analysis, writing and stakeholder skills this position calls for.</w:t>
      </w:r>
    </w:p>
    <w:p>
      <w:pPr>
        <w:spacing w:before="0" w:after="240"/>
      </w:pPr>
      <w:r>
        <w:t>In my current role I led a review of a program that had grown across four business units with inconsistent guidelines. I directed research and consultation with community and industry representatives, then produced a set of options for the executive. The preferred option was endorsed and implemented over two phases, and the team moved from reacting to individual exemption requests to using a single eligibility framework.</w:t>
      </w:r>
    </w:p>
    <w:p>
      <w:pPr>
        <w:spacing w:before="0" w:after="240"/>
      </w:pPr>
      <w:r>
        <w:t>I want to work with [Company Name] because [add one genuine, specific reason: a project, value, or market position you can point to]. I am keen to bring my experience in policy and planning to help shape advice that is practical and well tested.</w:t>
      </w:r>
    </w:p>
    <w:p>
      <w:pPr>
        <w:spacing w:before="0" w:after="240"/>
      </w:pPr>
      <w:r>
        <w:t>Thank you for considering my application. My resume is attached and provides further detail on my policy, planning and reporting experience.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