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Post Office Manager</w:t>
      </w:r>
    </w:p>
    <w:p>
      <w:pPr>
        <w:spacing w:before="0" w:after="240"/>
      </w:pPr>
      <w:r>
        <w:t>I am writing to apply for the Post Office Manager role at [Company Name]. With several years managing counter, mailroom and parcel operations in a licensed post office, I keep services reliable for customers and staff supported through busy periods.</w:t>
      </w:r>
    </w:p>
    <w:p>
      <w:pPr>
        <w:spacing w:before="0" w:after="240"/>
      </w:pPr>
      <w:r>
        <w:t>In my current role, I reworked the roster around parcel peak times and cross-trained counter staff on mailroom duties, which cut customer wait times noticeably and meant no missed lodgements during the Christmas period. I also reconciled daily takings and managed stock orders, keeping the outlet compliant with Australia Post procedures and reducing write-offs on retail lines.</w:t>
      </w:r>
    </w:p>
    <w:p>
      <w:pPr>
        <w:spacing w:before="0" w:after="240"/>
      </w:pPr>
      <w:r>
        <w:t>I am drawn to [Company Name] because [add one genuine, specific reason: a project, value, or market position you can point to]. I am looking for a branch where I can apply my rostering and compliance experience to keep services strong for the local community.</w:t>
      </w:r>
    </w:p>
    <w:p>
      <w:pPr>
        <w:spacing w:before="0" w:after="240"/>
      </w:pPr>
      <w:r>
        <w:t>Thank you for considering my application. I have attached my resume and would welcome the chance to discuss how I can support your outlet.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