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Postal Delivery Officer</w:t>
      </w:r>
    </w:p>
    <w:p>
      <w:pPr>
        <w:spacing w:before="0" w:after="240"/>
      </w:pPr>
      <w:r>
        <w:t>I am writing to apply for the Postal Delivery Officer role at [Company Name]. With experience sorting mail and parcels into delivery sequence and completing set routes by vehicle and on foot, I am ready to keep your deliveries accurate and on time.</w:t>
      </w:r>
    </w:p>
    <w:p>
      <w:pPr>
        <w:spacing w:before="0" w:after="240"/>
      </w:pPr>
      <w:r>
        <w:t>In my previous delivery role, I sorted and loaded a daily run covering several hundred addresses. By checking the run sheet against scanner data before leaving the depot, I cut missed deliveries on my round and reduced the number of items returned for a second attempt. I also collected signatures for tracked parcels and redirected undeliverable mail promptly, which kept customers informed and reduced follow-up calls.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bring my reliability, safety awareness and local route knowledge to a team that takes pride in connecting households and businesses.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delivery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