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Power Station Operator</w:t>
      </w:r>
    </w:p>
    <w:p>
      <w:pPr>
        <w:spacing w:before="0" w:after="240"/>
      </w:pPr>
      <w:r>
        <w:t>I am writing to apply for the Power Station Operator role at [Company Name]. With hands-on experience running boilers, turbines and generators from both the control room and the plant floor, I can contribute to safe, reliable electricity supply from my first shift.</w:t>
      </w:r>
    </w:p>
    <w:p>
      <w:pPr>
        <w:spacing w:before="0" w:after="240"/>
      </w:pPr>
      <w:r>
        <w:t>In my current role, I monitor plant parameters through a DCS and adjust controls to maintain voltage and frequency. When a feedwater pump began drifting outside its normal range, I identified the issue during a routine scan, isolated the pump and coordinated with maintenance to bring it back online without a unit trip. I also issue permits and manage isolations for maintenance crews, and I record operating data so that shift handovers are clear and accurate.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takes safety and reliable supply seriously, and I am ready to work the shift roster to support that.</w:t>
      </w:r>
    </w:p>
    <w:p>
      <w:pPr>
        <w:spacing w:before="0" w:after="240"/>
      </w:pPr>
      <w:r>
        <w:t>Thank you for considering my application. My resume is attached, and I would welcome the chance to discuss how my experience fits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