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Powerline Worker</w:t>
      </w:r>
    </w:p>
    <w:p>
      <w:pPr>
        <w:spacing w:before="0" w:after="240"/>
      </w:pPr>
      <w:r>
        <w:t>I'm writing to apply for the Powerline Worker position with [Company Name]. I've spent my career climbing poles, chasing faults and getting supply back on for customers, and this role's mix of scheduled maintenance and emergency response fits exactly the work I'm trained for.</w:t>
      </w:r>
    </w:p>
    <w:p>
      <w:pPr>
        <w:spacing w:before="0" w:after="240"/>
      </w:pPr>
      <w:r>
        <w:t>During a multi-day storm event I worked as part of a crew replacing snapped crossarms and downed conductors across a regional feeder, coordinating with control room staff to isolate sections safely before restoring power to hundreds of affected properties over the outage period. That job reinforced how much a calm, methodical approach under pressure matters when a whole community is waiting on the lights coming back on.</w:t>
      </w:r>
    </w:p>
    <w:p>
      <w:pPr>
        <w:spacing w:before="0" w:after="240"/>
      </w:pPr>
      <w:r>
        <w:t>[add one genuine, specific reason: a project, value, or market position you can point to] is part of why I want to work for [Company Name] rather than send a generic application to every distributor advertising. Powerline work is physically demanding and the standards for safe isolation and live line procedures don't leave room for shortcuts, and I want to bring that discipline to a network I actually care about.</w:t>
      </w:r>
    </w:p>
    <w:p>
      <w:pPr>
        <w:spacing w:before="0" w:after="240"/>
      </w:pPr>
      <w:r>
        <w:t>Thank you for considering my application. I've attached my resume with more detail on my ticket history and field experience, and I'd welcome the chance to discuss how I could contribute to your crew.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