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Printer's Assistant</w:t>
      </w:r>
    </w:p>
    <w:p>
      <w:pPr>
        <w:spacing w:before="0" w:after="240"/>
      </w:pPr>
      <w:r>
        <w:t>I am writing to apply for the Printer's Assistant role at [Company Name]. With hands-on experience in commercial print rooms and bindery sections, I can keep presses and finishing equipment supplied and running to schedule.</w:t>
      </w:r>
    </w:p>
    <w:p>
      <w:pPr>
        <w:spacing w:before="0" w:after="240"/>
      </w:pPr>
      <w:r>
        <w:t>In my last role, I loaded paper stock and ink into an offset press and monitored output for misaligned sheets. By catching faults early and sorting them from good work, I cut the number of sheets sent to waste each week and helped the team meet dispatch deadlines without reprints. I also operated guillotines and folders, and kept my work area clean and safe.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would like to bring my reliability and attention to detail to your team.</w:t>
      </w:r>
    </w:p>
    <w:p>
      <w:pPr>
        <w:spacing w:before="0" w:after="240"/>
      </w:pPr>
      <w:r>
        <w:t>Thank you for considering my application. My resume is attached, and I would welcome the chance to discuss how I can support your print production.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