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Procurement Manager</w:t>
      </w:r>
    </w:p>
    <w:p>
      <w:pPr>
        <w:spacing w:before="0" w:after="240"/>
      </w:pPr>
      <w:r>
        <w:t>I am writing to apply for the Procurement Manager role at [Company Name]. With hands-on experience running tenders, negotiating supplier contracts and auditing supplier performance, I can step into this role and keep your supply lines reliable while finding cost savings that do not put delivery at risk.</w:t>
      </w:r>
    </w:p>
    <w:p>
      <w:pPr>
        <w:spacing w:before="0" w:after="240"/>
      </w:pPr>
      <w:r>
        <w:t>In a previous role, I managed a tender for a critical category where the incumbent supplier had been steadily increasing prices. I analysed three years of spend data in Excel, built a total cost of ownership model, and ran a structured evaluation with clear weightings for price, quality and delivery. The negotiation secured a new contract with better pricing and tighter delivery windows, and I set up monthly performance reviews to make sure the supplier met the terms. That approach cut the category cost and reduced late deliveries.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procurement function where I can apply my financial analysis and risk controls to contracts that genuinely matter to operations.</w:t>
      </w:r>
    </w:p>
    <w:p>
      <w:pPr>
        <w:spacing w:before="0" w:after="240"/>
      </w:pPr>
      <w:r>
        <w:t>Thank you for considering my application. I have attached my resume and would welcome the chance to discuss how my procurement experience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