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Product Manager</w:t>
      </w:r>
    </w:p>
    <w:p>
      <w:pPr>
        <w:spacing w:before="0" w:after="240"/>
      </w:pPr>
      <w:r>
        <w:t>I'm writing to apply for the Product Manager role at [Company Name]. I've spent my career sitting between users, engineers and business stakeholders, and I think that mix of strategic thinking and hands-on delivery is exactly what this role needs.</w:t>
      </w:r>
    </w:p>
    <w:p>
      <w:pPr>
        <w:spacing w:before="0" w:after="240"/>
      </w:pPr>
      <w:r>
        <w:t>In a previous product role, I noticed usage data showing a consistent drop-off at a key step in the user journey. I ran a round of user interviews to understand why, worked with design and engineering to reshape the feature, and tracked the change through Amplitude once it shipped. That kind of close loop between data, user voice and delivery is how I approach most product decisions.</w:t>
      </w:r>
    </w:p>
    <w:p>
      <w:pPr>
        <w:spacing w:before="0" w:after="240"/>
      </w:pPr>
      <w:r>
        <w:t>What draws me to [Company Name] specifically is [add one genuine, specific reason: a project, value, or market position you can point to]. I want to work somewhere the product decisions matter to the business, not just tick a roadmap box.</w:t>
      </w:r>
    </w:p>
    <w:p>
      <w:pPr>
        <w:spacing w:before="0" w:after="240"/>
      </w:pPr>
      <w:r>
        <w:t>Thank you for considering my application. I've attached my resume and would welcome the chance to discuss how I could contribute to your product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