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Production Engineer</w:t>
      </w:r>
    </w:p>
    <w:p>
      <w:pPr>
        <w:spacing w:before="0" w:after="240"/>
      </w:pPr>
      <w:r>
        <w:t>I am writing to apply for the Production Engineer role at [Company Name]. With a background in optimising manufacturing systems and a focus on safety, quality and cost, I see a strong fit with your operations.</w:t>
      </w:r>
    </w:p>
    <w:p>
      <w:pPr>
        <w:spacing w:before="0" w:after="240"/>
      </w:pPr>
      <w:r>
        <w:t>In my current role, I led a line balancing project on a high volume packaging line that cut changeover time from 45 minutes to 20 minutes and lifted daily throughput by 120 units. I analysed downtime data using Minitab, worked with maintenance to adjust schedules and trained operators on new procedures. The changes reduced unplanned stoppages and improved overall equipment effectiveness across the shift.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values continuous improvement and safe production.</w:t>
      </w:r>
    </w:p>
    <w:p>
      <w:pPr>
        <w:spacing w:before="0" w:after="240"/>
      </w:pPr>
      <w:r>
        <w:t>Thank you for considering my application. I have attached my resume and look forward to discussing how I can support your production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