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Production Planner</w:t>
      </w:r>
    </w:p>
    <w:p>
      <w:pPr>
        <w:spacing w:before="0" w:after="240"/>
      </w:pPr>
      <w:r>
        <w:t>I'm writing to apply for the Production Planner role at [Company Name]. My background in scheduling manufacturing runs and coordinating between procurement, sales and shop-floor teams matches what this role needs day to day: balancing demand against capacity and keeping orders on track when conditions change.</w:t>
      </w:r>
    </w:p>
    <w:p>
      <w:pPr>
        <w:spacing w:before="0" w:after="240"/>
      </w:pPr>
      <w:r>
        <w:t>In a previous planning role I managed the weekly schedule across several assembly lines using demand forecasts and material availability data. When a key component was delayed, I worked with procurement to source an alternative supplier and rearranged the run sequence so the affected line kept moving, avoiding a stoppage that would otherwise have pushed deliveries out by several days.</w:t>
      </w:r>
    </w:p>
    <w:p>
      <w:pPr>
        <w:spacing w:before="0" w:after="240"/>
      </w:pPr>
      <w:r>
        <w:t>[Company Name] stands out to me because [add one genuine, specific reason: a project, value, or market position you can point to]. That's the kind of environment where I want to apply my scheduling and analysis skills.</w:t>
      </w:r>
    </w:p>
    <w:p>
      <w:pPr>
        <w:spacing w:before="0" w:after="240"/>
      </w:pPr>
      <w:r>
        <w:t>Thank you for considering my application. I've attached my resume with further detail on my experience and would welcome the chance to discuss how I can support your production planning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