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Project Director</w:t>
      </w:r>
    </w:p>
    <w:p>
      <w:pPr>
        <w:spacing w:before="0" w:after="240"/>
      </w:pPr>
      <w:r>
        <w:t>I am writing to apply for the Project Director role at [Company Name]. With a career built on leading large, complex initiatives from business case through to delivery, I bring the strategic oversight, financial control and team leadership needed to drive successful outcomes for your organisation.</w:t>
      </w:r>
    </w:p>
    <w:p>
      <w:pPr>
        <w:spacing w:before="0" w:after="240"/>
      </w:pPr>
      <w:r>
        <w:t>In my current role, I led a multi-year program that spanned several departments and a large project team. I was responsible for defining the delivery strategy, managing a multi-million dollar budget and reporting to an executive steering committee. By implementing a structured risk and governance framework, I improved visibility across workstreams and kept the program on track despite competing priorities. I also coached project managers within the team, helping them to deliver their individual work streams to a consistent standard.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delivery leadership to an organisation where I can contribute to [specific goal].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program delivery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