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Project Manager</w:t>
      </w:r>
    </w:p>
    <w:p>
      <w:pPr>
        <w:spacing w:before="0" w:after="240"/>
      </w:pPr>
      <w:r>
        <w:t>I'm writing to apply for the Project Manager role at [Company Name]. I plan and deliver projects end to end, from scoping and budgeting through to closeout, and I'm comfortable being the person who keeps a program honest when the schedule starts to slip.</w:t>
      </w:r>
    </w:p>
    <w:p>
      <w:pPr>
        <w:spacing w:before="0" w:after="240"/>
      </w:pPr>
      <w:r>
        <w:t>In a recent project I inherited a schedule that was already behind plan, with a vendor dependency causing the delay. I rebuilt the sequencing in MS Project, renegotiated the vendor's delivery milestones and briefed the steering committee on the revised critical path. The project landed back within its approved budget, and the steering committee had visibility of the recovery plan at every stage rather than finding out after the fact.</w:t>
      </w:r>
    </w:p>
    <w:p>
      <w:pPr>
        <w:spacing w:before="0" w:after="240"/>
      </w:pPr>
      <w:r>
        <w:t>What draws me to [Company Name] specifically is [add one genuine, specific reason: a project, value, or market position you can point to]. That's the kind of delivery environment where I do my best work.</w:t>
      </w:r>
    </w:p>
    <w:p>
      <w:pPr>
        <w:spacing w:before="0" w:after="240"/>
      </w:pPr>
      <w:r>
        <w:t>Thank you for considering my application. I've attached my resume, which sets out my project management background and the tools I work in, and I'd welcome the chance to discuss how I could contribute to your delivery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