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Property Valuer</w:t>
      </w:r>
    </w:p>
    <w:p>
      <w:pPr>
        <w:spacing w:before="0" w:after="240"/>
      </w:pPr>
      <w:r>
        <w:t>I am writing to apply for the Property Valuer position at [Company Name]. With my background in residential and commercial valuations and Certified Practising Valuer status, I am confident I can contribute to your team's reputation for accurate and timely assessments.</w:t>
      </w:r>
    </w:p>
    <w:p>
      <w:pPr>
        <w:spacing w:before="0" w:after="240"/>
      </w:pPr>
      <w:r>
        <w:t>In my current role, I reduced average report turnaround from five days to three by streamlining comparable sales research with CoreLogic RP Data and Pricefinder. I also managed a portfolio of over 200 valuations annually, liaising with lenders and clients to ensure reports met their specific needs. My experience includes analysing zoning and planning rules for complex sites and providing expert evidence at tribunals.</w:t>
      </w:r>
    </w:p>
    <w:p>
      <w:pPr>
        <w:spacing w:before="0" w:after="240"/>
      </w:pPr>
      <w:r>
        <w:t>I am drawn to [Company Name] because [add one genuine, specific reason: a project, value, or market position you can point to]. I am keen to contribute to your team's success and further develop my expertise in property valuation.</w:t>
      </w:r>
    </w:p>
    <w:p>
      <w:pPr>
        <w:spacing w:before="0" w:after="240"/>
      </w:pPr>
      <w:r>
        <w:t>Thank you for considering my application. I have attached my resume for your review and look forward to the opportunity to discuss how I can add value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