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Protective Services Officer</w:t>
      </w:r>
    </w:p>
    <w:p>
      <w:pPr>
        <w:spacing w:before="0" w:after="240"/>
      </w:pPr>
      <w:r>
        <w:t>I am writing to apply for the role of Protective Services Officer with [Company Name]. With a background in security operations and a strong commitment to community safety, I am confident I can contribute to the visible, reassuring presence that PSOs provide across the public transport network.</w:t>
      </w:r>
    </w:p>
    <w:p>
      <w:pPr>
        <w:spacing w:before="0" w:after="240"/>
      </w:pPr>
      <w:r>
        <w:t>In a previous role as a security officer at a busy transport interchange, I responded to a report of an assault on a platform. I quickly assessed the situation, separated the parties and provided first aid to the injured person while radioing for police and ambulance support. My calm approach helped de-escalate the offender, who was later arrested without further incident. This experience taught me the value of clear communication and rapid decision-making in high-pressure environments.</w:t>
      </w:r>
    </w:p>
    <w:p>
      <w:pPr>
        <w:spacing w:before="0" w:after="240"/>
      </w:pPr>
      <w:r>
        <w:t>I am drawn to [Company Name] because [add one genuine, specific reason: a project, value, or market position you can point to]. I share Victoria Police's commitment to public safety and want to build a career protecting the community on the transport network.</w:t>
      </w:r>
    </w:p>
    <w:p>
      <w:pPr>
        <w:spacing w:before="0" w:after="240"/>
      </w:pPr>
      <w:r>
        <w:t>Thank you for considering my application. I have attached my resume for your review and would welcome the opportunity to discuss how my skills and experience align with the Protective Services Officer role.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