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Psychiatrist</w:t>
      </w:r>
    </w:p>
    <w:p>
      <w:pPr>
        <w:spacing w:before="0" w:after="240"/>
      </w:pPr>
      <w:r>
        <w:t>I am writing to apply for the Psychiatrist position at [Company Name]. My clinical training and experience in psychiatric assessment, medication management and psychotherapy align closely with the responsibilities outlined for this role.</w:t>
      </w:r>
    </w:p>
    <w:p>
      <w:pPr>
        <w:spacing w:before="0" w:after="240"/>
      </w:pPr>
      <w:r>
        <w:t>In previous clinical placements I managed a caseload of patients with complex, co-occurring mental health conditions, conducting thorough diagnostic assessments and adjusting psychotropic medication regimens in response to ongoing clinical review. This work involved close coordination with psychologists, social workers and GPs to ensure care plans addressed both the psychiatric and social dimensions of each patient's presentation, and required careful, well-documented clinical decision-making under AHPRA and RANZCP standards.</w:t>
      </w:r>
    </w:p>
    <w:p>
      <w:pPr>
        <w:spacing w:before="0" w:after="240"/>
      </w:pPr>
      <w:r>
        <w:t>I am particularly interested in working with [Company Name] because [add one genuine, specific reason: a project, value, or market position you can point to]. I want to contribute to a service that takes this responsibility seriously.</w:t>
      </w:r>
    </w:p>
    <w:p>
      <w:pPr>
        <w:spacing w:before="0" w:after="240"/>
      </w:pPr>
      <w:r>
        <w:t>Thank you for considering my application. I have attached my resume for your review and would welcome the opportunity to discuss how my clinical background can support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