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Psychotherapist</w:t>
      </w:r>
    </w:p>
    <w:p>
      <w:pPr>
        <w:spacing w:before="0" w:after="240"/>
      </w:pPr>
      <w:r>
        <w:t>I am writing to apply for the psychotherapist role at [Company Name]. With a postgraduate qualification in psychotherapy and several years of client-facing practice across community and private settings, I work comfortably with both short-term and open-ended therapy and I am used to holding a caseload while keeping records and referral pathways in order.</w:t>
      </w:r>
    </w:p>
    <w:p>
      <w:pPr>
        <w:spacing w:before="0" w:after="240"/>
      </w:pPr>
      <w:r>
        <w:t>In my current role at a community mental health service, I noticed that clients who had been in therapy for months often could not say what had actually changed. I introduced routine outcome measures at intake, mid-treatment and discharge, and paired them with a short conversation about the results in session. That made progress visible to clients, helped me spot stalled cases earlier and adjust the treatment plan rather than continuing on the same track, and gave the team a consistent way to talk about outcomes in case reviews. Alongside this I carried a mixed caseload of around 30 clients, completed risk assessments and safety plans where needed, and referred clients to GPs, psychiatry and community programs when their needs sat outside my scope.</w:t>
      </w:r>
    </w:p>
    <w:p>
      <w:pPr>
        <w:spacing w:before="0" w:after="240"/>
      </w:pPr>
      <w:r>
        <w:t>[add one genuine, specific reason: a project, value, or market position you can point to]</w:t>
      </w:r>
    </w:p>
    <w:p>
      <w:pPr>
        <w:spacing w:before="0" w:after="240"/>
      </w:pPr>
      <w:r>
        <w:t>Thank you for considering my application. My resume is attached, and I would welcome the chance to talk through my clinical approach, my supervision arrangements and how I would fit into your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