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Public Health Dentist</w:t>
      </w:r>
    </w:p>
    <w:p>
      <w:pPr>
        <w:spacing w:before="0" w:after="240"/>
      </w:pPr>
      <w:r>
        <w:t>I am writing to apply for the Public Health Dentist role at [Company Name]. My clinical experience and commitment to prevention and access make me a strong fit for your community-focused oral health team.</w:t>
      </w:r>
    </w:p>
    <w:p>
      <w:pPr>
        <w:spacing w:before="0" w:after="240"/>
      </w:pPr>
      <w:r>
        <w:t>In my current role, I deliver routine and emergency dental care in a public clinic while coordinating an oral health promotion program in local schools. I reduced patient wait times from six weeks to three by improving triage and appointment scheduling, and I supervised dental therapists and students across a four-chair clinic. I also screened high-risk groups and worked with health agencies on a regional access strategy.</w:t>
      </w:r>
    </w:p>
    <w:p>
      <w:pPr>
        <w:spacing w:before="0" w:after="240"/>
      </w:pPr>
      <w:r>
        <w:t>I would value the chance to contribute to [Company Name] because [add one genuine, specific reason: a project, value, or market position you can point to]. I am particularly interested in how your service supports underserved communities and values prevention alongside treatment.</w:t>
      </w:r>
    </w:p>
    <w:p>
      <w:pPr>
        <w:spacing w:before="0" w:after="240"/>
      </w:pPr>
      <w:r>
        <w:t>Thank you for considering my application. My resume is attached and I look forward to discussing how I can contribute to your oral health programs.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