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Public Health Physician</w:t>
      </w:r>
    </w:p>
    <w:p>
      <w:pPr>
        <w:spacing w:before="0" w:after="240"/>
      </w:pPr>
      <w:r>
        <w:t>I am writing to apply for the Public Health Physician role with [Company Name]. My background combines clinical medicine with specialist population health training, and the position's focus on communicable disease control, surveillance and policy advice matches the work I have done for most of my career.</w:t>
      </w:r>
    </w:p>
    <w:p>
      <w:pPr>
        <w:spacing w:before="0" w:after="240"/>
      </w:pPr>
      <w:r>
        <w:t>In my current role I led the public health response to a cluster of invasive group A streptococcal infections across a regional health district. I convened the incident management team, worked with the reference laboratory on typing, and set a case definition that let us separate background cases from the cluster. The control measures we put in place, including targeted communication with clinicians and residential aged care facilities, brought the cluster to a close within six weeks, and the review that followed changed how the unit handles similar signals.</w:t>
      </w:r>
    </w:p>
    <w:p>
      <w:pPr>
        <w:spacing w:before="0" w:after="240"/>
      </w:pPr>
      <w:r>
        <w:t>I am interested in working with [Company Name] because [add one genuine, specific reason: a project, value, or market position you can point to]. I am looking for a team where surveillance and policy work are connected rather than sitting in separate silos, and where the advice given to government is grounded in local data.</w:t>
      </w:r>
    </w:p>
    <w:p>
      <w:pPr>
        <w:spacing w:before="0" w:after="240"/>
      </w:pPr>
      <w:r>
        <w:t>Thank you for considering my application. My resume is attached, and I would welcome the chance to discuss how my experience in outbreak control, program evaluation and health protection would support your work.</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