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Public Relations Officer</w:t>
      </w:r>
    </w:p>
    <w:p>
      <w:pPr>
        <w:spacing w:before="0" w:after="240"/>
      </w:pPr>
      <w:r>
        <w:t>I am writing to apply for the Public Relations Officer role at [Company Name]. My background in writing media statements, managing journalist relationships and running communication campaigns matches the day-to-day demands of this position closely.</w:t>
      </w:r>
    </w:p>
    <w:p>
      <w:pPr>
        <w:spacing w:before="0" w:after="240"/>
      </w:pPr>
      <w:r>
        <w:t>In a previous campaign, I coordinated messaging across a product launch that involved a media statement, a spokesperson interview and social content scheduled through Hootsuite, then tracked coverage and sentiment through Meltwater to confirm the campaign landed as intended with the target audience. That combination of writing, media coordination and monitoring is exactly the mix this role calls for.</w:t>
      </w:r>
    </w:p>
    <w:p>
      <w:pPr>
        <w:spacing w:before="0" w:after="240"/>
      </w:pPr>
      <w:r>
        <w:t>I'm keen to bring this experience to [Company Name] because [add one genuine, specific reason: a project, value, or market position you can point to]. It's the kind of organisation where clear, consistent public communication matters to the outcome, not just the optics.</w:t>
      </w:r>
    </w:p>
    <w:p>
      <w:pPr>
        <w:spacing w:before="0" w:after="240"/>
      </w:pPr>
      <w:r>
        <w:t>Thank you for considering my application. I've attached my resume with further detail on my experience and would welcome the chance to discuss how I can contribute to your communications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