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Pyrotechnician</w:t>
      </w:r>
    </w:p>
    <w:p>
      <w:pPr>
        <w:spacing w:before="0" w:after="240"/>
      </w:pPr>
      <w:r>
        <w:t>I am writing to apply for the Pyrotechnician role with [Company Name]. With experience designing and firing fireworks and special effects for live events, I bring a safety-first approach and a calm head under show-night pressure.</w:t>
      </w:r>
    </w:p>
    <w:p>
      <w:pPr>
        <w:spacing w:before="0" w:after="240"/>
      </w:pPr>
      <w:r>
        <w:t>In a recent festival season, I designed and fired a multi-position display for a main-stage concert, programming cues in Finale 3D and running the show on a Cobra system. I also coordinated the site plan and permit paperwork with the local council and emergency services, which kept the approval process on schedule and let the production team focus on rehearsals. When wind changed direction during the show, I paused the sequence, adjusted the firing plan and resumed without disrupting the audience experience.</w:t>
      </w:r>
    </w:p>
    <w:p>
      <w:pPr>
        <w:spacing w:before="0" w:after="240"/>
      </w:pPr>
      <w:r>
        <w:t>I want to work with [Company Name] because [add one genuine, specific reason: a project, value, or market position you can point to]. I am particularly interested in contributing to a team that treats safety and creative impact as equally important, and I would welcome the chance to bring my experience in licensed explosives handling and live firing systems to your productions.</w:t>
      </w:r>
    </w:p>
    <w:p>
      <w:pPr>
        <w:spacing w:before="0" w:after="240"/>
      </w:pPr>
      <w:r>
        <w:t>Thank you for considering my application. My resume is attached and provides further detail on my qualifications, licences and recent show experience. I look forward to discussing how I can support [Company Name]'s upcoming events.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