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QA Tester</w:t>
      </w:r>
    </w:p>
    <w:p>
      <w:pPr>
        <w:spacing w:before="0" w:after="240"/>
      </w:pPr>
      <w:r>
        <w:t>I'm writing to apply for the QA Tester role at [Company Name]. I've spent my career catching the defects that matter before they reach users, and I'd bring that same discipline to your test cycles.</w:t>
      </w:r>
    </w:p>
    <w:p>
      <w:pPr>
        <w:spacing w:before="0" w:after="240"/>
      </w:pPr>
      <w:r>
        <w:t>In a previous project, I was asked to design test cases for a feature with only a loose set of requirements and a tight release date. I worked through the user workflows myself, wrote test cases covering the main paths and the edge cases the requirements had missed, and flagged two defects during pre-release testing that would have affected a core transaction flow. Both were fixed and verified before go-live, with no related issues raised post-release.</w:t>
      </w:r>
    </w:p>
    <w:p>
      <w:pPr>
        <w:spacing w:before="0" w:after="240"/>
      </w:pPr>
      <w:r>
        <w:t>[add one genuine, specific reason: a project, value, or market position you can point to]</w:t>
      </w:r>
    </w:p>
    <w:p>
      <w:pPr>
        <w:spacing w:before="0" w:after="240"/>
      </w:pPr>
      <w:r>
        <w:t>Thank you for considering my application. I've attached my resume, which sets out my testing and automation experience in more detail, and I'd welcome the chance to discuss how I could contribute to your QA process.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