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Quality Inspector</w:t>
      </w:r>
    </w:p>
    <w:p>
      <w:pPr>
        <w:spacing w:before="0" w:after="240"/>
      </w:pPr>
      <w:r>
        <w:t>I'm writing to apply for the Quality Inspector role at [Company Name]. I bring hands-on experience measuring components against tolerance specifications, testing finished products and maintaining the kind of clean inspection records that regulators and customers expect to see.</w:t>
      </w:r>
    </w:p>
    <w:p>
      <w:pPr>
        <w:spacing w:before="0" w:after="240"/>
      </w:pPr>
      <w:r>
        <w:t>In a previous inspection role, I picked up a pattern of intermittent dimensional variation on a production line that had passed final checks for weeks. By cross-referencing calipers and CMM readings against the specification sheet and logging every instance in the QMS, I traced the issue back to a worn fixture on one machine. Flagging it to the production team led to a fixture replacement and a noticeable drop in downstream rework.</w:t>
      </w:r>
    </w:p>
    <w:p>
      <w:pPr>
        <w:spacing w:before="0" w:after="240"/>
      </w:pPr>
      <w:r>
        <w:t>[Company Name] stands out to me because [add one genuine, specific reason: a project, value, or market position you can point to]. I want to bring my attention to detail and my comfort with SPC and QMS reporting to a team where that precision actually matters to the end product.</w:t>
      </w:r>
    </w:p>
    <w:p>
      <w:pPr>
        <w:spacing w:before="0" w:after="240"/>
      </w:pPr>
      <w:r>
        <w:t>Thank you for considering my application. I've attached my resume with further detail on my inspection and reporting experience, and I'd welcome the chance to discuss how I can contribute to your quality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