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Quantity Surveyor</w:t>
      </w:r>
    </w:p>
    <w:p>
      <w:pPr>
        <w:spacing w:before="0" w:after="240"/>
      </w:pPr>
      <w:r>
        <w:t>I am writing to apply for the Quantity Surveyor position at [Company Name]. My background in cost estimation, tender analysis and contract administration on construction projects aligns closely with what this role demands, and I am confident I can add value from early involvement in a project.</w:t>
      </w:r>
    </w:p>
    <w:p>
      <w:pPr>
        <w:spacing w:before="0" w:after="240"/>
      </w:pPr>
      <w:r>
        <w:t>In a recent project, I prepared a detailed bill of quantities from a full set of architectural and engineering drawings, then worked through the tender analysis to recommend a procurement approach that balanced price against contractor capability. When variations arose during construction, I negotiated the cost changes directly with the contractor and kept the client's budget report current, so there were no surprises at the next stakeholder meeting.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That kind of focus is exactly where I want to put my measurement, forecasting and contract skills to use.</w:t>
      </w:r>
    </w:p>
    <w:p>
      <w:pPr>
        <w:spacing w:before="0" w:after="240"/>
      </w:pPr>
      <w:r>
        <w:t>Thank you for considering my application. I have attached my resume, which sets out my experience in more detail, and I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