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Radiation Therapist</w:t>
      </w:r>
    </w:p>
    <w:p>
      <w:pPr>
        <w:spacing w:before="0" w:after="240"/>
      </w:pPr>
      <w:r>
        <w:t>I am writing to express my interest in the Radiation Therapist position at [Company Name]. With current registration as a Radiation Therapist and hands-on experience across simulation, planning, and treatment delivery, I am confident I can contribute to your team's reputation for precise, compassionate cancer care.</w:t>
      </w:r>
    </w:p>
    <w:p>
      <w:pPr>
        <w:spacing w:before="0" w:after="240"/>
      </w:pPr>
      <w:r>
        <w:t>In my current role, I reduced patient setup time for complex treatments by standardising immobilisation protocols across a team of six therapists. This change allowed us to treat two additional patients per day without extending clinic hours, while maintaining the sub-millimetre accuracy required for intracranial stereotactic treatments. I also led an initiative to improve side effect monitoring, which increased early identification of radiation dermatitis and led to more timely supportive care interventions.</w:t>
      </w:r>
    </w:p>
    <w:p>
      <w:pPr>
        <w:spacing w:before="0" w:after="240"/>
      </w:pPr>
      <w:r>
        <w:t>I am drawn to [Company Name] because [add one genuine, specific reason: a project, value, or market position you can point to]. I am eager to bring my technical skills and patient-centred approach to your department.</w:t>
      </w:r>
    </w:p>
    <w:p>
      <w:pPr>
        <w:spacing w:before="0" w:after="240"/>
      </w:pPr>
      <w:r>
        <w:t>Thank you for considering my application. My resume is attached, and I welcome the opportunity to discuss how my experience aligns with your team's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