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Radiator Repairer</w:t>
      </w:r>
    </w:p>
    <w:p>
      <w:pPr>
        <w:spacing w:before="0" w:after="240"/>
      </w:pPr>
      <w:r>
        <w:t>I am writing to apply for the Radiator Repairer position with [Company Name]. With hands-on experience in cooling system diagnosis, repair and pressure testing, I am confident I can keep your customers' vehicles running at safe temperatures.</w:t>
      </w:r>
    </w:p>
    <w:p>
      <w:pPr>
        <w:spacing w:before="0" w:after="240"/>
      </w:pPr>
      <w:r>
        <w:t>In my current role, I rebuilt a radiator for a small fleet of delivery vans that had been overheating on long runs. I rodded the core, replaced the tanks, and pressure tested the unit, which solved the problem and kept those vans on the road without further cooling issues. I also cleaned and flushed the cooling systems on those vans to remove scale and sediment.</w:t>
      </w:r>
    </w:p>
    <w:p>
      <w:pPr>
        <w:spacing w:before="0" w:after="240"/>
      </w:pPr>
      <w:r>
        <w:t>I am keen to work for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attached, and I would welcome the chance to discuss how my skills suit your workshop.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