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Radiocommunications Technician</w:t>
      </w:r>
    </w:p>
    <w:p>
      <w:pPr>
        <w:spacing w:before="0" w:after="240"/>
      </w:pPr>
      <w:r>
        <w:t>I am writing to apply for the Radiocommunications Technician role at [Company Name]. With hands-on experience installing, maintaining and fault-finding two-way radio systems, I am confident I can keep your networks running reliably.</w:t>
      </w:r>
    </w:p>
    <w:p>
      <w:pPr>
        <w:spacing w:before="0" w:after="240"/>
      </w:pPr>
      <w:r>
        <w:t>In my current role, I led the rollout of a new radio fleet for a regional transport operator. I programmed over 200 mobile and portable radios using Motorola CPS, conducted coverage tests along the entire route and resolved interference issues that had been causing dropped calls. The result was clear communications for drivers across a 150 km corridor, with no reported failures in the first six months.</w:t>
      </w:r>
    </w:p>
    <w:p>
      <w:pPr>
        <w:spacing w:before="0" w:after="240"/>
      </w:pPr>
      <w:r>
        <w:t>I am particularly drawn to [Company Name] because [add one genuine, specific reason: a project, value, or market position you can point to].</w:t>
      </w:r>
    </w:p>
    <w:p>
      <w:pPr>
        <w:spacing w:before="0" w:after="240"/>
      </w:pPr>
      <w:r>
        <w:t>Thank you for considering my application. I have attached my resume and look forward to discussing how I can contribute to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