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Rail Signalling Engineer</w:t>
      </w:r>
    </w:p>
    <w:p>
      <w:pPr>
        <w:spacing w:before="0" w:after="240"/>
      </w:pPr>
      <w:r>
        <w:t>I am writing to apply for the Rail Signalling Engineer role at [Company Name]. With hands-on experience in design, testing and commissioning of signalling systems, I am confident I can contribute to your team from day one.</w:t>
      </w:r>
    </w:p>
    <w:p>
      <w:pPr>
        <w:spacing w:before="0" w:after="240"/>
      </w:pPr>
      <w:r>
        <w:t>In my current role, I led the design and commissioning of a new interlocking at a regional junction. I prepared the circuit designs and signalling layouts, then tested the equipment in the field during a series of weekend possessions. By working closely with the construction team and the operator, we brought the junction into service on the first attempt, with no signal failures in the first month of operation.</w:t>
      </w:r>
    </w:p>
    <w:p>
      <w:pPr>
        <w:spacing w:before="0" w:after="240"/>
      </w:pPr>
      <w:r>
        <w:t>I am drawn to [Company Name] because [add one genuine, specific reason: a project, value, or market position you can point to]. Your work on [add specific project or initiative] aligns with my experience in digital train control and my commitment to safety assurance.</w:t>
      </w:r>
    </w:p>
    <w:p>
      <w:pPr>
        <w:spacing w:before="0" w:after="240"/>
      </w:pPr>
      <w:r>
        <w:t>Thank you for considering my application. I have attached my resume and look forward to discussing how I can contribute to your signalling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