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Railway Shunter</w:t>
      </w:r>
    </w:p>
    <w:p>
      <w:pPr>
        <w:spacing w:before="0" w:after="240"/>
      </w:pPr>
      <w:r>
        <w:t>I am applying for the Railway Shunter role at [Company Name]. My experience in rail yards, coupling and uncoupling wagons, and following safeworking rules has prepared me to keep your shunting operations safe and on schedule.</w:t>
      </w:r>
    </w:p>
    <w:p>
      <w:pPr>
        <w:spacing w:before="0" w:after="240"/>
      </w:pPr>
      <w:r>
        <w:t>In a previous yard role, I worked to tight departure windows by reading shunt lists ahead of each move and keeping radio contact with drivers, which helped get outbound consists marshalled without delaying the evening freight path. I also took responsibility for securing rolling stock before departure, checking handbrakes, chocks and derails so that wagons stayed put on grades.</w:t>
      </w:r>
    </w:p>
    <w:p>
      <w:pPr>
        <w:spacing w:before="0" w:after="240"/>
      </w:pPr>
      <w:r>
        <w:t>I want to work for [Company Name] because [add one genuine, specific reason: a project, value, or market position you can point to]. I am keen to bring my shunting skills to a team that takes safeworking as seriously as I do.</w:t>
      </w:r>
    </w:p>
    <w:p>
      <w:pPr>
        <w:spacing w:before="0" w:after="240"/>
      </w:pPr>
      <w:r>
        <w:t>Thank you for considering my application. My resume is attached, and I would welcome the chance to discuss how I can contribute to your yard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