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Railway Signaller</w:t>
      </w:r>
    </w:p>
    <w:p>
      <w:pPr>
        <w:spacing w:before="0" w:after="240"/>
      </w:pPr>
      <w:r>
        <w:t>I am writing to apply for the Railway Signaller position at [Company Name]. With a strong background in rail operations and a commitment to safe working, I am confident I can contribute to your network's reliability and safety.</w:t>
      </w:r>
    </w:p>
    <w:p>
      <w:pPr>
        <w:spacing w:before="0" w:after="240"/>
      </w:pPr>
      <w:r>
        <w:t>In my current role, I manage signal routes and train movements across a busy junction. When a track circuit failure disrupted services, I coordinated with maintenance crews and drivers to implement a safe working arrangement that kept trains moving on a reduced timetable. I logged the incident accurately and followed up to ensure the fault was rectified, which helped restore normal operations within two hours. This experience taught me how to stay calm under pressure and communicate clearly when every minute counts.</w:t>
      </w:r>
    </w:p>
    <w:p>
      <w:pPr>
        <w:spacing w:before="0" w:after="240"/>
      </w:pPr>
      <w:r>
        <w:t>I am particularly drawn to [Company Name] because [add one genuine, specific reason: a project, value, or market position you can point to]. I want to work for an organisation that values safety and operational excellence, and I believe my skills align with your approach.</w:t>
      </w:r>
    </w:p>
    <w:p>
      <w:pPr>
        <w:spacing w:before="0" w:after="240"/>
      </w:pPr>
      <w:r>
        <w:t>Thank you for considering my application. I have attached my resume for your review and would welcome the opportunity to discuss how my experience can benefit your team. I look forward to hearing from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