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Railway Station Manager</w:t>
      </w:r>
    </w:p>
    <w:p>
      <w:pPr>
        <w:spacing w:before="0" w:after="240"/>
      </w:pPr>
      <w:r>
        <w:t>I am writing to apply for the Railway Station Manager role at [Company Name]. With hands-on experience in station operations, team leadership and passenger safety, I am confident I can keep your station running smoothly and your customers well looked after.</w:t>
      </w:r>
    </w:p>
    <w:p>
      <w:pPr>
        <w:spacing w:before="0" w:after="240"/>
      </w:pPr>
      <w:r>
        <w:t>In my current role, I manage daily operations for a busy station, leading a team of 25 staff across rostering, ticketing and safety compliance. When a major signal failure disrupted services, I coordinated with train control and local emergency services to keep passengers informed and safe, while reorganising rosters to cover extended shifts. The incident was resolved without injury and with minimal impact on the wider network.</w:t>
      </w:r>
    </w:p>
    <w:p>
      <w:pPr>
        <w:spacing w:before="0" w:after="240"/>
      </w:pPr>
      <w:r>
        <w:t>I want to work for [Company Name] because [add one genuine, specific reason: a project, value, or market position you can point to]. I am keen to bring my operational and people leadership skills to your organisation and contribute to its reputation for reliable, customer-focused rail services.</w:t>
      </w:r>
    </w:p>
    <w:p>
      <w:pPr>
        <w:spacing w:before="0" w:after="240"/>
      </w:pPr>
      <w:r>
        <w:t>Thank you for considering my application. I have attached my resume for your review and would welcome the opportunity to discuss how I can support your station operations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