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Railway Track Worker</w:t>
      </w:r>
    </w:p>
    <w:p>
      <w:pPr>
        <w:spacing w:before="0" w:after="240"/>
      </w:pPr>
      <w:r>
        <w:t>I am applying for the Railway Track Worker role at [Company Name]. My experience in track inspection, repair and safeworking procedures makes me a strong fit for your rail maintenance team.</w:t>
      </w:r>
    </w:p>
    <w:p>
      <w:pPr>
        <w:spacing w:before="0" w:after="240"/>
      </w:pPr>
      <w:r>
        <w:t>In my previous role, I was part of a crew responsible for maintaining a busy commuter line. I identified a recurring issue with track gauge at a set of turnouts and worked with the team to correct it during a possession, which reduced the need for unplanned maintenance and helped keep services running on time.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work for an organisation that values its people and invests in their development, and I believe [Company Name] is that kind of employer.</w:t>
      </w:r>
    </w:p>
    <w:p>
      <w:pPr>
        <w:spacing w:before="0" w:after="240"/>
      </w:pPr>
      <w:r>
        <w:t>Thank you for considering my application. I have attached my resume for your review and look forward to the opportunity to discuss how I can contribute to your track maintenance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