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Real Estate Agency Principal</w:t>
      </w:r>
    </w:p>
    <w:p>
      <w:pPr>
        <w:spacing w:before="0" w:after="240"/>
      </w:pPr>
      <w:r>
        <w:t>I am writing to apply for the role of Real Estate Agency Principal at [Company Name]. With a full real estate licence and years leading sales and property management teams, I am ready to take accountability for trust accounts, compliance and the commercial direction of a licensed agency.</w:t>
      </w:r>
    </w:p>
    <w:p>
      <w:pPr>
        <w:spacing w:before="0" w:after="240"/>
      </w:pPr>
      <w:r>
        <w:t>In my current role as a principal, I supervised a team of 15 agents and property managers across a rent roll of 400 properties. I oversaw trust account reconciliations and introduced weekly reporting, which cleared a backlog of 200 transactions and reduced audit exceptions to zero. I also set commission structures that won new building contracts without discounting our core service.</w:t>
      </w:r>
    </w:p>
    <w:p>
      <w:pPr>
        <w:spacing w:before="0" w:after="240"/>
      </w:pPr>
      <w:r>
        <w:t>Why this employer: [add one genuine, specific reason: a project, value, or market position you can point to] I am drawn to [Company Name] because of that direction and the opportunity to bring my compliance and operations experience to a business with your reach.</w:t>
      </w:r>
    </w:p>
    <w:p>
      <w:pPr>
        <w:spacing w:before="0" w:after="240"/>
      </w:pPr>
      <w:r>
        <w:t>Thank you for considering my application. My resume is attached, and I would welcome the chance to discuss how I can support [Company Name] as its next principal.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