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Receptionist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Receptionist with strong customer service skills and a calm, organised approach to busy front-of-house environments. Experienced in managing visitor flow, multi-line phone systems and appointment scheduling while providing administrative support to internal teams. Comfortable being the first point of contact for clients, staff and callers.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PABX telephone systems   •   Reception desk management software   •   Visitor management systems   •   Microsoft Office Suite   •   Customer service   •   Written communication   •   Attention to detail   •   Time and deadline management   •   Stakeholder management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Receptionist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Greeted visitors and managed check-in procedures, maintaining accurate sign-in records and directing enquiries to the correct department or staff member</w:t>
      </w:r>
    </w:p>
    <w:p>
      <w:pPr>
        <w:pStyle w:val="ListBullet"/>
        <w:spacing w:after="80" w:line="276" w:lineRule="auto"/>
      </w:pPr>
      <w:r>
        <w:t>Answered and routed incoming calls through a multi-line PABX system, keeping hold times low during peak periods</w:t>
      </w:r>
    </w:p>
    <w:p>
      <w:pPr>
        <w:pStyle w:val="ListBullet"/>
        <w:spacing w:after="80" w:line="276" w:lineRule="auto"/>
      </w:pPr>
      <w:r>
        <w:t>Scheduled and confirmed appointments across several departments, coordinating calendars to avoid double-bookings and last-minute clashes</w:t>
      </w:r>
    </w:p>
    <w:p>
      <w:pPr>
        <w:pStyle w:val="ListBullet"/>
        <w:spacing w:after="80" w:line="276" w:lineRule="auto"/>
      </w:pPr>
      <w:r>
        <w:t>Maintained the presentation and supply levels of the reception area, ordering stock ahead of shortages</w:t>
      </w:r>
    </w:p>
    <w:p>
      <w:pPr>
        <w:pStyle w:val="ListBullet"/>
        <w:spacing w:after="240" w:line="276" w:lineRule="auto"/>
      </w:pPr>
      <w:r>
        <w:t>Processed incoming mail and managed office documentation, filing records accurately for internal reference and compliance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No formal qualification is required to start as a receptionist; most enter after completing Year 12, with a Certificate III or IV in Business commonly taken on the job or through TAFE to support career progression.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