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Recruiter</w:t>
      </w:r>
    </w:p>
    <w:p>
      <w:pPr>
        <w:spacing w:before="0" w:after="240"/>
      </w:pPr>
      <w:r>
        <w:t>I'm writing to apply for the Recruiter role. My background in candidate sourcing, screening and offer negotiation matches the mix of relationship management and process discipline this position needs.</w:t>
      </w:r>
    </w:p>
    <w:p>
      <w:pPr>
        <w:spacing w:before="0" w:after="240"/>
      </w:pPr>
      <w:r>
        <w:t>In a previous recruitment role, I ran the full pipeline for a hard-to-fill technical position: sourcing through LinkedIn Recruiter and direct outreach when the job board response was thin, screening against the hiring manager's real (rather than stated) priorities, and staying close to the preferred candidate through a counter-offer situation to land the placement. That kind of persistence, not just posting a job ad and waiting, is how I approach recruitment.</w:t>
      </w:r>
    </w:p>
    <w:p>
      <w:pPr>
        <w:spacing w:before="0" w:after="240"/>
      </w:pPr>
      <w:r>
        <w:t>[Company Name] stood out to me because [add one genuine, specific reason: a project, value, or market position you can point to]. I want to bring my sourcing and stakeholder management experience to a team working on that kind of hiring.</w:t>
      </w:r>
    </w:p>
    <w:p>
      <w:pPr>
        <w:spacing w:before="0" w:after="240"/>
      </w:pPr>
      <w:r>
        <w:t>Thank you for considering my application. I've attached my resume and would welcome the chance to discuss how I can contribute to your recruitment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