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Recycling Worker</w:t>
      </w:r>
    </w:p>
    <w:p>
      <w:pPr>
        <w:spacing w:before="0" w:after="240"/>
      </w:pPr>
      <w:r>
        <w:t>I am writing to apply for the Recycling Worker role at [Company Name]. With practical experience sorting and processing recyclable materials in a busy material recovery facility, I am confident I can contribute to your operations from day one.</w:t>
      </w:r>
    </w:p>
    <w:p>
      <w:pPr>
        <w:spacing w:before="0" w:after="240"/>
      </w:pPr>
      <w:r>
        <w:t>In my previous role, I worked on a conveyor line removing contaminants such as plastic bags and food waste from paper and cardboard streams. By staying alert to quality issues and communicating with the team, I helped reduce rejected bales and keep the facility meeting its contamination targets. I also operated balers and forklifts safely, and took responsibility for cleaning down equipment at the end of each shift.</w:t>
      </w:r>
    </w:p>
    <w:p>
      <w:pPr>
        <w:spacing w:before="0" w:after="240"/>
      </w:pPr>
      <w:r>
        <w:t>I am particularly interested in working for [Company Name] because [add one genuine, specific reason: a project, value, or market position you can point to]. I share your commitment to reducing waste to landfill and supporting the circular economy, and I would welcome the chance to bring my work ethic and safety focus to your team.</w:t>
      </w:r>
    </w:p>
    <w:p>
      <w:pPr>
        <w:spacing w:before="0" w:after="240"/>
      </w:pPr>
      <w:r>
        <w:t>Thank you for considering my application. My resume is attached, and I look forward to the opportunity to discuss how I can support your recycling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