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Regional Education Manager</w:t>
      </w:r>
    </w:p>
    <w:p>
      <w:pPr>
        <w:spacing w:before="0" w:after="240"/>
      </w:pPr>
      <w:r>
        <w:t>I am writing to apply for the Regional Education Manager role at [Company Name]. With experience leading education delivery across multiple schools and a strong background in operational management and regulatory compliance, I am confident I can support your regional goals.</w:t>
      </w:r>
    </w:p>
    <w:p>
      <w:pPr>
        <w:spacing w:before="0" w:after="240"/>
      </w:pPr>
      <w:r>
        <w:t>In my current role, I led a regional initiative to standardise curriculum planning across 12 schools. By working closely with school leaders and using Compass and Sentral to track progress, we reduced teacher preparation time from three hours to one hour per week and improved consistency in student assessment across the region.</w:t>
      </w:r>
    </w:p>
    <w:p>
      <w:pPr>
        <w:spacing w:before="0" w:after="240"/>
      </w:pPr>
      <w:r>
        <w:t>Why this employer: [add one genuine, specific reason: a project, value, or market position you can point to]. I am keen to contribute to [Company Name] and to learn more about your regional priorities.</w:t>
      </w:r>
    </w:p>
    <w:p>
      <w:pPr>
        <w:spacing w:before="0" w:after="240"/>
      </w:pPr>
      <w:r>
        <w:t>Thank you for considering my application. I have attached my resume and look forward to discussing how my experience in regional education management can benefit [Company Name].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